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F8DD11" w14:textId="77777777" w:rsidR="00E22124" w:rsidRDefault="00D52874">
      <w:pPr>
        <w:pStyle w:val="Title"/>
      </w:pPr>
      <w:r>
        <w:t>Referat af bestyrelsesmøde</w:t>
      </w:r>
    </w:p>
    <w:p w14:paraId="1945C68C" w14:textId="77777777" w:rsidR="00E22124" w:rsidRDefault="00D52874">
      <w:pPr>
        <w:spacing w:after="280"/>
      </w:pPr>
      <w:r>
        <w:rPr>
          <w:b/>
          <w:color w:val="4B5563"/>
          <w:sz w:val="24"/>
        </w:rPr>
        <w:t>14. september 2026</w:t>
      </w:r>
    </w:p>
    <w:tbl>
      <w:tblPr>
        <w:tblW w:w="0" w:type="auto"/>
        <w:tblLayout w:type="fixed"/>
        <w:tblLook w:val="04A0" w:firstRow="1" w:lastRow="0" w:firstColumn="1" w:lastColumn="0" w:noHBand="0" w:noVBand="1"/>
      </w:tblPr>
      <w:tblGrid>
        <w:gridCol w:w="4896"/>
        <w:gridCol w:w="4896"/>
      </w:tblGrid>
      <w:tr w:rsidR="00E22124" w14:paraId="412B2659" w14:textId="77777777">
        <w:tc>
          <w:tcPr>
            <w:tcW w:w="4896" w:type="dxa"/>
            <w:shd w:val="clear" w:color="auto" w:fill="F3F4F6"/>
            <w:tcMar>
              <w:top w:w="100" w:type="dxa"/>
              <w:left w:w="100" w:type="dxa"/>
              <w:bottom w:w="100" w:type="dxa"/>
              <w:right w:w="100" w:type="dxa"/>
            </w:tcMar>
            <w:vAlign w:val="center"/>
          </w:tcPr>
          <w:p w14:paraId="24DE9585" w14:textId="77777777" w:rsidR="00E22124" w:rsidRDefault="00D52874">
            <w:r>
              <w:rPr>
                <w:b/>
                <w:color w:val="4B5563"/>
              </w:rPr>
              <w:t>Dato</w:t>
            </w:r>
          </w:p>
        </w:tc>
        <w:tc>
          <w:tcPr>
            <w:tcW w:w="4896" w:type="dxa"/>
            <w:shd w:val="clear" w:color="auto" w:fill="F3F4F6"/>
            <w:tcMar>
              <w:top w:w="100" w:type="dxa"/>
              <w:left w:w="100" w:type="dxa"/>
              <w:bottom w:w="100" w:type="dxa"/>
              <w:right w:w="100" w:type="dxa"/>
            </w:tcMar>
            <w:vAlign w:val="center"/>
          </w:tcPr>
          <w:p w14:paraId="0A1ACCB0" w14:textId="77777777" w:rsidR="00E22124" w:rsidRDefault="00D52874">
            <w:r>
              <w:t>14. september 2026</w:t>
            </w:r>
          </w:p>
        </w:tc>
      </w:tr>
      <w:tr w:rsidR="00E22124" w:rsidRPr="00943B2D" w14:paraId="565C1022" w14:textId="77777777">
        <w:tc>
          <w:tcPr>
            <w:tcW w:w="4896" w:type="dxa"/>
            <w:shd w:val="clear" w:color="auto" w:fill="F3F4F6"/>
            <w:tcMar>
              <w:top w:w="100" w:type="dxa"/>
              <w:left w:w="100" w:type="dxa"/>
              <w:bottom w:w="100" w:type="dxa"/>
              <w:right w:w="100" w:type="dxa"/>
            </w:tcMar>
            <w:vAlign w:val="center"/>
          </w:tcPr>
          <w:p w14:paraId="2F6AF6D4" w14:textId="77777777" w:rsidR="00E22124" w:rsidRDefault="00D52874">
            <w:r>
              <w:rPr>
                <w:b/>
                <w:color w:val="4B5563"/>
              </w:rPr>
              <w:t>Til stede</w:t>
            </w:r>
          </w:p>
        </w:tc>
        <w:tc>
          <w:tcPr>
            <w:tcW w:w="4896" w:type="dxa"/>
            <w:shd w:val="clear" w:color="auto" w:fill="F3F4F6"/>
            <w:tcMar>
              <w:top w:w="100" w:type="dxa"/>
              <w:left w:w="100" w:type="dxa"/>
              <w:bottom w:w="100" w:type="dxa"/>
              <w:right w:w="100" w:type="dxa"/>
            </w:tcMar>
            <w:vAlign w:val="center"/>
          </w:tcPr>
          <w:p w14:paraId="358BFC55" w14:textId="77777777" w:rsidR="00E22124" w:rsidRPr="00943B2D" w:rsidRDefault="00D52874">
            <w:pPr>
              <w:rPr>
                <w:lang w:val="da-DK"/>
              </w:rPr>
            </w:pPr>
            <w:r w:rsidRPr="00943B2D">
              <w:rPr>
                <w:lang w:val="da-DK"/>
              </w:rPr>
              <w:t>Mia, Jane, Mikkel, Kim og David</w:t>
            </w:r>
          </w:p>
        </w:tc>
      </w:tr>
    </w:tbl>
    <w:p w14:paraId="24E3DE97" w14:textId="77777777" w:rsidR="00E22124" w:rsidRPr="00943B2D" w:rsidRDefault="00E22124">
      <w:pPr>
        <w:spacing w:after="40"/>
        <w:rPr>
          <w:lang w:val="da-DK"/>
        </w:rPr>
      </w:pPr>
    </w:p>
    <w:p w14:paraId="54DF1275" w14:textId="77777777" w:rsidR="00E22124" w:rsidRDefault="00D52874">
      <w:pPr>
        <w:pStyle w:val="Heading1"/>
        <w:spacing w:before="180" w:after="80"/>
      </w:pPr>
      <w:r>
        <w:t>1. Ordstyrer og referent</w:t>
      </w:r>
    </w:p>
    <w:p w14:paraId="0CD3F6E9" w14:textId="4D5B18D1" w:rsidR="00E22124" w:rsidRPr="00943B2D" w:rsidRDefault="00D52874">
      <w:pPr>
        <w:ind w:left="29"/>
        <w:rPr>
          <w:lang w:val="da-DK"/>
        </w:rPr>
      </w:pPr>
      <w:r w:rsidRPr="00943B2D">
        <w:rPr>
          <w:lang w:val="da-DK"/>
        </w:rPr>
        <w:t>David blev valgt som ordstyrer og referent.</w:t>
      </w:r>
      <w:r w:rsidR="00943B2D" w:rsidRPr="00943B2D">
        <w:rPr>
          <w:lang w:val="da-DK"/>
        </w:rPr>
        <w:t xml:space="preserve"> Referat f</w:t>
      </w:r>
      <w:r w:rsidR="00943B2D">
        <w:rPr>
          <w:lang w:val="da-DK"/>
        </w:rPr>
        <w:t>ra forrige møde godkendt.</w:t>
      </w:r>
    </w:p>
    <w:p w14:paraId="3AB40B68" w14:textId="77777777" w:rsidR="00E22124" w:rsidRPr="00943B2D" w:rsidRDefault="00D52874">
      <w:pPr>
        <w:pStyle w:val="Heading1"/>
        <w:spacing w:before="180" w:after="80"/>
        <w:rPr>
          <w:lang w:val="da-DK"/>
        </w:rPr>
      </w:pPr>
      <w:r w:rsidRPr="00943B2D">
        <w:rPr>
          <w:lang w:val="da-DK"/>
        </w:rPr>
        <w:t>2. Riste, dørtrin og brandsikring</w:t>
      </w:r>
    </w:p>
    <w:p w14:paraId="2826688E" w14:textId="77777777" w:rsidR="00E22124" w:rsidRPr="00943B2D" w:rsidRDefault="00D52874">
      <w:pPr>
        <w:ind w:left="29"/>
        <w:rPr>
          <w:lang w:val="da-DK"/>
        </w:rPr>
      </w:pPr>
      <w:r w:rsidRPr="00943B2D">
        <w:rPr>
          <w:lang w:val="da-DK"/>
        </w:rPr>
        <w:t xml:space="preserve">Der er blevet lavet nye riste og nye dørtrin. Derudover er der bestilt nye riste til lyskasserne ved </w:t>
      </w:r>
      <w:proofErr w:type="spellStart"/>
      <w:r w:rsidRPr="00943B2D">
        <w:rPr>
          <w:lang w:val="da-DK"/>
        </w:rPr>
        <w:t>Musmik</w:t>
      </w:r>
      <w:proofErr w:type="spellEnd"/>
      <w:r w:rsidRPr="00943B2D">
        <w:rPr>
          <w:lang w:val="da-DK"/>
        </w:rPr>
        <w:t xml:space="preserve"> i forbindelse med brandsikring.</w:t>
      </w:r>
    </w:p>
    <w:p w14:paraId="6485C5E8" w14:textId="77777777" w:rsidR="00E22124" w:rsidRPr="00943B2D" w:rsidRDefault="00D52874">
      <w:pPr>
        <w:pStyle w:val="Heading1"/>
        <w:spacing w:before="180" w:after="80"/>
        <w:rPr>
          <w:lang w:val="da-DK"/>
        </w:rPr>
      </w:pPr>
      <w:r w:rsidRPr="00943B2D">
        <w:rPr>
          <w:lang w:val="da-DK"/>
        </w:rPr>
        <w:t>3. Status på murer- og malerarbejde</w:t>
      </w:r>
    </w:p>
    <w:p w14:paraId="7B064991" w14:textId="77777777" w:rsidR="00E22124" w:rsidRPr="00943B2D" w:rsidRDefault="00D52874">
      <w:pPr>
        <w:ind w:left="29"/>
        <w:rPr>
          <w:lang w:val="da-DK"/>
        </w:rPr>
      </w:pPr>
      <w:r w:rsidRPr="00943B2D">
        <w:rPr>
          <w:lang w:val="da-DK"/>
        </w:rPr>
        <w:t xml:space="preserve">Murerarbejdet er stort set afsluttet. Der mangler dog enkelte </w:t>
      </w:r>
      <w:proofErr w:type="spellStart"/>
      <w:r w:rsidRPr="00943B2D">
        <w:rPr>
          <w:lang w:val="da-DK"/>
        </w:rPr>
        <w:t>oppudsninger</w:t>
      </w:r>
      <w:proofErr w:type="spellEnd"/>
      <w:r w:rsidRPr="00943B2D">
        <w:rPr>
          <w:lang w:val="da-DK"/>
        </w:rPr>
        <w:t>, herunder i cykelkældrene. Der mangler desuden at blive sat nye døre op til cykelkældrene.</w:t>
      </w:r>
    </w:p>
    <w:p w14:paraId="3B413C48" w14:textId="77777777" w:rsidR="00E22124" w:rsidRPr="00943B2D" w:rsidRDefault="00D52874">
      <w:pPr>
        <w:ind w:left="29"/>
        <w:rPr>
          <w:lang w:val="da-DK"/>
        </w:rPr>
      </w:pPr>
      <w:r w:rsidRPr="00943B2D">
        <w:rPr>
          <w:lang w:val="da-DK"/>
        </w:rPr>
        <w:t>Bestyrelsen påtænker også at få bestilt en maler til at færdiggøre det resterende malerarbejde på soklen, i opgangene m.m.</w:t>
      </w:r>
    </w:p>
    <w:p w14:paraId="50B272B1" w14:textId="77777777" w:rsidR="00E22124" w:rsidRPr="00943B2D" w:rsidRDefault="00D52874">
      <w:pPr>
        <w:pStyle w:val="Heading1"/>
        <w:spacing w:before="180" w:after="80"/>
        <w:rPr>
          <w:lang w:val="da-DK"/>
        </w:rPr>
      </w:pPr>
      <w:r w:rsidRPr="00943B2D">
        <w:rPr>
          <w:lang w:val="da-DK"/>
        </w:rPr>
        <w:t>4. Varmecentral</w:t>
      </w:r>
    </w:p>
    <w:p w14:paraId="68E6D6A7" w14:textId="77777777" w:rsidR="00E22124" w:rsidRPr="00943B2D" w:rsidRDefault="00D52874">
      <w:pPr>
        <w:ind w:left="29"/>
        <w:rPr>
          <w:lang w:val="da-DK"/>
        </w:rPr>
      </w:pPr>
      <w:r w:rsidRPr="00943B2D">
        <w:rPr>
          <w:lang w:val="da-DK"/>
        </w:rPr>
        <w:t>Der er en defekt ventil i varmecentralen, som har medført støjgener. Ventilen vil blive udskiftet snarest muligt.</w:t>
      </w:r>
    </w:p>
    <w:p w14:paraId="7AC5A326" w14:textId="77777777" w:rsidR="00E22124" w:rsidRPr="00943B2D" w:rsidRDefault="00D52874">
      <w:pPr>
        <w:pStyle w:val="Heading1"/>
        <w:spacing w:before="180" w:after="80"/>
        <w:rPr>
          <w:lang w:val="da-DK"/>
        </w:rPr>
      </w:pPr>
      <w:r w:rsidRPr="00943B2D">
        <w:rPr>
          <w:lang w:val="da-DK"/>
        </w:rPr>
        <w:t>5. Kommende tagudskiftning</w:t>
      </w:r>
    </w:p>
    <w:p w14:paraId="0B10EAE2" w14:textId="77777777" w:rsidR="00E22124" w:rsidRPr="00943B2D" w:rsidRDefault="00D52874">
      <w:pPr>
        <w:ind w:left="29"/>
        <w:rPr>
          <w:lang w:val="da-DK"/>
        </w:rPr>
      </w:pPr>
      <w:r w:rsidRPr="00943B2D">
        <w:rPr>
          <w:lang w:val="da-DK"/>
        </w:rPr>
        <w:t>Bestyrelsen arbejder på at finde en mere fast løsning i forhold til en kommende tagudskiftning. Der er derfor ved at blive indhentet tilbud og overslag, så foreningen får et bedre overblik over de forventede omkostninger, herunder hvor stort et eventuelt lånebehov vil være.</w:t>
      </w:r>
    </w:p>
    <w:p w14:paraId="230FA02B" w14:textId="77777777" w:rsidR="00E22124" w:rsidRPr="003047D8" w:rsidRDefault="00D52874">
      <w:pPr>
        <w:ind w:left="29"/>
        <w:rPr>
          <w:lang w:val="da-DK"/>
        </w:rPr>
      </w:pPr>
      <w:r w:rsidRPr="003047D8">
        <w:rPr>
          <w:lang w:val="da-DK"/>
        </w:rPr>
        <w:t>For nogle år siden modtog foreningen et overslag fra TH Hansen på cirka 6 mio. kr. Bestyrelsen forventer dog, at prisen i dag kan være højere.</w:t>
      </w:r>
    </w:p>
    <w:p w14:paraId="298050B6" w14:textId="77777777" w:rsidR="00E22124" w:rsidRPr="003047D8" w:rsidRDefault="00D52874">
      <w:pPr>
        <w:pStyle w:val="Heading1"/>
        <w:spacing w:before="180" w:after="80"/>
        <w:rPr>
          <w:lang w:val="da-DK"/>
        </w:rPr>
      </w:pPr>
      <w:r w:rsidRPr="003047D8">
        <w:rPr>
          <w:lang w:val="da-DK"/>
        </w:rPr>
        <w:t>6. Erhvervslejemålet i kælderen, nr. 6</w:t>
      </w:r>
    </w:p>
    <w:p w14:paraId="3AA52DB6" w14:textId="77777777" w:rsidR="00E22124" w:rsidRPr="003047D8" w:rsidRDefault="00D52874">
      <w:pPr>
        <w:ind w:left="29"/>
        <w:rPr>
          <w:lang w:val="da-DK"/>
        </w:rPr>
      </w:pPr>
      <w:r w:rsidRPr="003047D8">
        <w:rPr>
          <w:lang w:val="da-DK"/>
        </w:rPr>
        <w:t>Astrologerne i erhvervslejemålet i kælderen, nr. 6, har opsagt deres lejemål med virkning fra den 31. december 2026. Foreningen er derfor på udkig efter en ny lejer.</w:t>
      </w:r>
    </w:p>
    <w:p w14:paraId="6DD75F8E" w14:textId="77777777" w:rsidR="00E22124" w:rsidRPr="003047D8" w:rsidRDefault="00D52874">
      <w:pPr>
        <w:ind w:left="29"/>
        <w:rPr>
          <w:lang w:val="da-DK"/>
        </w:rPr>
      </w:pPr>
      <w:r w:rsidRPr="003047D8">
        <w:rPr>
          <w:lang w:val="da-DK"/>
        </w:rPr>
        <w:t>Bestyrelsen overvejer samtidig at anvende en mindre del af lokalerne som fitnessrum for foreningens beboere.</w:t>
      </w:r>
    </w:p>
    <w:p w14:paraId="7A79AC84" w14:textId="77777777" w:rsidR="00E22124" w:rsidRPr="003047D8" w:rsidRDefault="00D52874">
      <w:pPr>
        <w:ind w:left="29"/>
        <w:rPr>
          <w:lang w:val="da-DK"/>
        </w:rPr>
      </w:pPr>
      <w:r w:rsidRPr="003047D8">
        <w:rPr>
          <w:lang w:val="da-DK"/>
        </w:rPr>
        <w:t>Hvis nogen kender en potentiel lejer, som kunne være interesseret i et erhvervslejemål, må man meget gerne kontakte bestyrelsen.</w:t>
      </w:r>
    </w:p>
    <w:p w14:paraId="28DC2D61" w14:textId="77777777" w:rsidR="00E22124" w:rsidRPr="003047D8" w:rsidRDefault="00D52874">
      <w:pPr>
        <w:pStyle w:val="Heading1"/>
        <w:spacing w:before="180" w:after="80"/>
        <w:rPr>
          <w:lang w:val="da-DK"/>
        </w:rPr>
      </w:pPr>
      <w:r w:rsidRPr="003047D8">
        <w:rPr>
          <w:lang w:val="da-DK"/>
        </w:rPr>
        <w:t>7. Gårdlaug, brandforhold og gården</w:t>
      </w:r>
    </w:p>
    <w:p w14:paraId="21C5AB98" w14:textId="77777777" w:rsidR="00E22124" w:rsidRPr="003047D8" w:rsidRDefault="00D52874">
      <w:pPr>
        <w:ind w:left="29"/>
        <w:rPr>
          <w:lang w:val="da-DK"/>
        </w:rPr>
      </w:pPr>
      <w:r w:rsidRPr="003047D8">
        <w:rPr>
          <w:lang w:val="da-DK"/>
        </w:rPr>
        <w:t>Der har været afholdt gårdlaugsmøde med deltagelse af kommunen. Kommunen bekræftede i den forbindelse, at foreningens porte ikke er brandpassager.</w:t>
      </w:r>
    </w:p>
    <w:p w14:paraId="3754B964" w14:textId="77777777" w:rsidR="00E22124" w:rsidRPr="003047D8" w:rsidRDefault="00D52874">
      <w:pPr>
        <w:ind w:left="29"/>
        <w:rPr>
          <w:lang w:val="da-DK"/>
        </w:rPr>
      </w:pPr>
      <w:r w:rsidRPr="003047D8">
        <w:rPr>
          <w:lang w:val="da-DK"/>
        </w:rPr>
        <w:t>I forbindelse med passagen ved Willemoesgade ønsker en anden forening at etablere altaner. Dette vil imidlertid kræve ændringer af passagen ved Willemoesgade for at sikre tilstrækkelig plads til redningskøretøjer m.m. Bestyrelsen vil meddele gårdlauget, at vores indstilling er, at den forening, der ønsker at etablere altanerne, selv afholder udgifterne til de nødvendige ændringer af passagen.</w:t>
      </w:r>
    </w:p>
    <w:p w14:paraId="4858FCA2" w14:textId="77777777" w:rsidR="00E22124" w:rsidRPr="003047D8" w:rsidRDefault="00D52874">
      <w:pPr>
        <w:ind w:left="29"/>
        <w:rPr>
          <w:lang w:val="da-DK"/>
        </w:rPr>
      </w:pPr>
      <w:r w:rsidRPr="003047D8">
        <w:rPr>
          <w:lang w:val="da-DK"/>
        </w:rPr>
        <w:t>Kommunen har desuden konstateret, at en altan i hjørnet ved Holsteinsgade er opsat forkert, og at der derfor skal foretages ændringer af hensyn til brandsikringen.</w:t>
      </w:r>
    </w:p>
    <w:p w14:paraId="18E09B63" w14:textId="77777777" w:rsidR="00E22124" w:rsidRPr="003047D8" w:rsidRDefault="00D52874">
      <w:pPr>
        <w:ind w:left="29"/>
        <w:rPr>
          <w:lang w:val="da-DK"/>
        </w:rPr>
      </w:pPr>
      <w:r w:rsidRPr="003047D8">
        <w:rPr>
          <w:lang w:val="da-DK"/>
        </w:rPr>
        <w:t>Endelig skal der foretages ændringer i gården ved boldbanen af hensyn til brandsikringen. Her må vores forening forvente at skulle bidrage til omkostningerne.</w:t>
      </w:r>
    </w:p>
    <w:p w14:paraId="7BB5D1D8" w14:textId="77777777" w:rsidR="00E22124" w:rsidRPr="003047D8" w:rsidRDefault="00D52874">
      <w:pPr>
        <w:pStyle w:val="Heading1"/>
        <w:spacing w:before="180" w:after="80"/>
        <w:rPr>
          <w:lang w:val="da-DK"/>
        </w:rPr>
      </w:pPr>
      <w:r w:rsidRPr="003047D8">
        <w:rPr>
          <w:lang w:val="da-DK"/>
        </w:rPr>
        <w:t>8. Radiatorer</w:t>
      </w:r>
    </w:p>
    <w:p w14:paraId="0940441B" w14:textId="77777777" w:rsidR="00E22124" w:rsidRPr="003047D8" w:rsidRDefault="00D52874">
      <w:pPr>
        <w:ind w:left="29"/>
        <w:rPr>
          <w:lang w:val="da-DK"/>
        </w:rPr>
      </w:pPr>
      <w:r w:rsidRPr="003047D8">
        <w:rPr>
          <w:lang w:val="da-DK"/>
        </w:rPr>
        <w:t>Bestyrelsen tager endnu en runde vedrørende defekte radiatorer. Der vil blive skrevet ud til beboerne, hvorefter eventuelle defekte termostater kan blive udskiftet.</w:t>
      </w:r>
    </w:p>
    <w:p w14:paraId="01818439" w14:textId="77777777" w:rsidR="00E22124" w:rsidRPr="003047D8" w:rsidRDefault="00D52874">
      <w:pPr>
        <w:pStyle w:val="Heading1"/>
        <w:spacing w:before="180" w:after="80"/>
        <w:rPr>
          <w:lang w:val="da-DK"/>
        </w:rPr>
      </w:pPr>
      <w:r w:rsidRPr="003047D8">
        <w:rPr>
          <w:lang w:val="da-DK"/>
        </w:rPr>
        <w:t>9. Ny vurdering og andelskrone</w:t>
      </w:r>
    </w:p>
    <w:p w14:paraId="60BA2BF6" w14:textId="77777777" w:rsidR="00E22124" w:rsidRPr="003047D8" w:rsidRDefault="00D52874">
      <w:pPr>
        <w:ind w:left="29"/>
        <w:rPr>
          <w:lang w:val="da-DK"/>
        </w:rPr>
      </w:pPr>
      <w:r w:rsidRPr="003047D8">
        <w:rPr>
          <w:lang w:val="da-DK"/>
        </w:rPr>
        <w:t>Foreningen har fået foretaget en ny vurdering. Bestyrelsen tilstræber på den baggrund en stigning i andelskronen, samtidig med at reserverne fastholdes på omtrent samme procentvise niveau som sidste år.</w:t>
      </w:r>
    </w:p>
    <w:p w14:paraId="6135717B" w14:textId="77777777" w:rsidR="00E22124" w:rsidRPr="003047D8" w:rsidRDefault="00D52874">
      <w:pPr>
        <w:pStyle w:val="Heading1"/>
        <w:spacing w:before="180" w:after="80"/>
        <w:rPr>
          <w:lang w:val="da-DK"/>
        </w:rPr>
      </w:pPr>
      <w:r w:rsidRPr="003047D8">
        <w:rPr>
          <w:lang w:val="da-DK"/>
        </w:rPr>
        <w:t>10. Generalforsamling</w:t>
      </w:r>
    </w:p>
    <w:p w14:paraId="5A4F5D50" w14:textId="77777777" w:rsidR="00E22124" w:rsidRPr="003047D8" w:rsidRDefault="00D52874">
      <w:pPr>
        <w:ind w:left="29"/>
        <w:rPr>
          <w:lang w:val="da-DK"/>
        </w:rPr>
      </w:pPr>
      <w:r w:rsidRPr="003047D8">
        <w:rPr>
          <w:lang w:val="da-DK"/>
        </w:rPr>
        <w:t>Næste generalforsamling afholdes 28. oktober 2026.</w:t>
      </w:r>
    </w:p>
    <w:p w14:paraId="31BBB9E7" w14:textId="77777777" w:rsidR="00E22124" w:rsidRPr="003047D8" w:rsidRDefault="00D52874">
      <w:pPr>
        <w:pStyle w:val="Heading1"/>
        <w:spacing w:before="180" w:after="80"/>
        <w:rPr>
          <w:lang w:val="da-DK"/>
        </w:rPr>
      </w:pPr>
      <w:r w:rsidRPr="003047D8">
        <w:rPr>
          <w:lang w:val="da-DK"/>
        </w:rPr>
        <w:t>11. Næste bestyrelsesmøde</w:t>
      </w:r>
    </w:p>
    <w:p w14:paraId="09D7A5B8" w14:textId="77777777" w:rsidR="00E22124" w:rsidRPr="003047D8" w:rsidRDefault="00D52874">
      <w:pPr>
        <w:ind w:left="29"/>
        <w:rPr>
          <w:lang w:val="da-DK"/>
        </w:rPr>
      </w:pPr>
      <w:r w:rsidRPr="003047D8">
        <w:rPr>
          <w:lang w:val="da-DK"/>
        </w:rPr>
        <w:t>Næste bestyrelsesmøde afholdes 22. oktober 2026 kl. 18.00.</w:t>
      </w:r>
    </w:p>
    <w:sectPr w:rsidR="00E22124" w:rsidRPr="003047D8"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EC692D" w14:textId="77777777" w:rsidR="00D52874" w:rsidRDefault="00D52874">
      <w:pPr>
        <w:spacing w:after="0" w:line="240" w:lineRule="auto"/>
      </w:pPr>
      <w:r>
        <w:separator/>
      </w:r>
    </w:p>
  </w:endnote>
  <w:endnote w:type="continuationSeparator" w:id="0">
    <w:p w14:paraId="6ACA1DF8" w14:textId="77777777" w:rsidR="00D52874" w:rsidRDefault="00D52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6EE07" w14:textId="77777777" w:rsidR="00E22124" w:rsidRDefault="00D52874">
    <w:pPr>
      <w:pStyle w:val="Footer"/>
      <w:jc w:val="center"/>
    </w:pPr>
    <w:proofErr w:type="spellStart"/>
    <w:r>
      <w:rPr>
        <w:color w:val="6B7280"/>
        <w:sz w:val="16"/>
      </w:rPr>
      <w:t>Bestyrelsesmøde</w:t>
    </w:r>
    <w:proofErr w:type="spellEnd"/>
    <w:r>
      <w:rPr>
        <w:color w:val="6B7280"/>
        <w:sz w:val="16"/>
      </w:rPr>
      <w:t xml:space="preserve"> · 14. </w:t>
    </w:r>
    <w:proofErr w:type="spellStart"/>
    <w:r>
      <w:rPr>
        <w:color w:val="6B7280"/>
        <w:sz w:val="16"/>
      </w:rPr>
      <w:t>september</w:t>
    </w:r>
    <w:proofErr w:type="spellEnd"/>
    <w:r>
      <w:rPr>
        <w:color w:val="6B7280"/>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08C44F" w14:textId="77777777" w:rsidR="00D52874" w:rsidRDefault="00D52874">
      <w:pPr>
        <w:spacing w:after="0" w:line="240" w:lineRule="auto"/>
      </w:pPr>
      <w:r>
        <w:separator/>
      </w:r>
    </w:p>
  </w:footnote>
  <w:footnote w:type="continuationSeparator" w:id="0">
    <w:p w14:paraId="2C4DF9A0" w14:textId="77777777" w:rsidR="00D52874" w:rsidRDefault="00D52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2261538">
    <w:abstractNumId w:val="8"/>
  </w:num>
  <w:num w:numId="2" w16cid:durableId="1592354357">
    <w:abstractNumId w:val="6"/>
  </w:num>
  <w:num w:numId="3" w16cid:durableId="1153377011">
    <w:abstractNumId w:val="5"/>
  </w:num>
  <w:num w:numId="4" w16cid:durableId="762072802">
    <w:abstractNumId w:val="4"/>
  </w:num>
  <w:num w:numId="5" w16cid:durableId="1923680825">
    <w:abstractNumId w:val="7"/>
  </w:num>
  <w:num w:numId="6" w16cid:durableId="1514300133">
    <w:abstractNumId w:val="3"/>
  </w:num>
  <w:num w:numId="7" w16cid:durableId="199518329">
    <w:abstractNumId w:val="2"/>
  </w:num>
  <w:num w:numId="8" w16cid:durableId="1738043191">
    <w:abstractNumId w:val="1"/>
  </w:num>
  <w:num w:numId="9" w16cid:durableId="7201366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46FD"/>
    <w:rsid w:val="0029639D"/>
    <w:rsid w:val="003047D8"/>
    <w:rsid w:val="00326F90"/>
    <w:rsid w:val="00943B2D"/>
    <w:rsid w:val="00A10601"/>
    <w:rsid w:val="00AA1D8D"/>
    <w:rsid w:val="00B47730"/>
    <w:rsid w:val="00CB0664"/>
    <w:rsid w:val="00D52874"/>
    <w:rsid w:val="00E221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DA67A"/>
  <w14:defaultImageDpi w14:val="300"/>
  <w15:docId w15:val="{36C6D524-7378-6645-BC58-26B13C4F8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293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2690</Characters>
  <Application>Microsoft Office Word</Application>
  <DocSecurity>0</DocSecurity>
  <Lines>43</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af bestyrelsesmøde 14. september 2026</dc:title>
  <dc:subject>Andelsforening</dc:subject>
  <dc:creator>Bestyrelsen</dc:creator>
  <cp:keywords/>
  <dc:description>generated by python-docx</dc:description>
  <cp:lastModifiedBy>David Sausdal</cp:lastModifiedBy>
  <cp:revision>2</cp:revision>
  <dcterms:created xsi:type="dcterms:W3CDTF">2013-12-23T23:15:00Z</dcterms:created>
  <dcterms:modified xsi:type="dcterms:W3CDTF">2026-09-14T18:01:00Z</dcterms:modified>
  <cp:category/>
</cp:coreProperties>
</file>